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82AB5" w14:textId="1179950A" w:rsidR="00DE47CD" w:rsidRDefault="00382808">
      <w:pPr>
        <w:spacing w:after="80"/>
      </w:pPr>
      <w:r>
        <w:rPr>
          <w:rFonts w:ascii="Arial" w:hAnsi="Arial"/>
          <w:b/>
          <w:color w:val="6B1D2F"/>
          <w:sz w:val="36"/>
        </w:rPr>
        <w:t>MG CAR CLUB (</w:t>
      </w:r>
      <w:r w:rsidR="0057394B">
        <w:rPr>
          <w:rFonts w:ascii="Arial" w:hAnsi="Arial"/>
          <w:b/>
          <w:color w:val="6B1D2F"/>
          <w:sz w:val="36"/>
        </w:rPr>
        <w:t>WGTN</w:t>
      </w:r>
      <w:r>
        <w:rPr>
          <w:rFonts w:ascii="Arial" w:hAnsi="Arial"/>
          <w:b/>
          <w:color w:val="6B1D2F"/>
          <w:sz w:val="36"/>
        </w:rPr>
        <w:t xml:space="preserve"> CENTRE) INC.</w:t>
      </w:r>
    </w:p>
    <w:p w14:paraId="342B2963" w14:textId="77777777" w:rsidR="00DE47CD" w:rsidRDefault="00382808">
      <w:pPr>
        <w:spacing w:after="320"/>
      </w:pPr>
      <w:r>
        <w:rPr>
          <w:rFonts w:ascii="Arial" w:hAnsi="Arial"/>
          <w:b/>
          <w:color w:val="C5A059"/>
          <w:sz w:val="24"/>
        </w:rPr>
        <w:t>Official Domain Email Aliases &amp; Standalone Gmail Directory (2026/2027)</w:t>
      </w:r>
    </w:p>
    <w:p w14:paraId="76DF8750" w14:textId="77777777" w:rsidR="00DE47CD" w:rsidRDefault="00382808">
      <w:pPr>
        <w:spacing w:after="240"/>
      </w:pPr>
      <w:r>
        <w:rPr>
          <w:rFonts w:ascii="Calibri" w:hAnsi="Calibri"/>
          <w:sz w:val="21"/>
        </w:rPr>
        <w:t>This official register sets out the designated domain email addresses and standalone Gmail backup accounts for all Committee Officers and Portfolio Leads for the 2026/2027 governance year. In accordance with the Club Email Governance Protocol, Privacy Act 2020, and Section 80 of the Incorporated Societies Act 2022, all official Club correspondence must be conducted through these role-based accounts.</w:t>
      </w:r>
    </w:p>
    <w:tbl>
      <w:tblPr>
        <w:tblStyle w:val="TableGrid"/>
        <w:tblW w:w="9926" w:type="dxa"/>
        <w:tblLook w:val="04A0" w:firstRow="1" w:lastRow="0" w:firstColumn="1" w:lastColumn="0" w:noHBand="0" w:noVBand="1"/>
      </w:tblPr>
      <w:tblGrid>
        <w:gridCol w:w="2147"/>
        <w:gridCol w:w="1959"/>
        <w:gridCol w:w="1962"/>
        <w:gridCol w:w="3858"/>
      </w:tblGrid>
      <w:tr w:rsidR="00C24202" w14:paraId="20CF3849" w14:textId="77777777" w:rsidTr="003C5463">
        <w:tc>
          <w:tcPr>
            <w:tcW w:w="2147" w:type="dxa"/>
            <w:shd w:val="clear" w:color="auto" w:fill="6B1D2F"/>
            <w:tcMar>
              <w:top w:w="120" w:type="dxa"/>
              <w:left w:w="120" w:type="dxa"/>
              <w:bottom w:w="120" w:type="dxa"/>
              <w:right w:w="120" w:type="dxa"/>
            </w:tcMar>
            <w:hideMark/>
          </w:tcPr>
          <w:p w14:paraId="30FE623C" w14:textId="77777777" w:rsidR="00C24202" w:rsidRDefault="00C24202">
            <w:pPr>
              <w:rPr>
                <w:kern w:val="2"/>
                <w:lang w:val="en-NZ" w:eastAsia="en-NZ"/>
                <w14:ligatures w14:val="standardContextual"/>
              </w:rPr>
            </w:pPr>
            <w:r>
              <w:rPr>
                <w:rFonts w:ascii="Arial" w:hAnsi="Arial" w:cs="Arial"/>
                <w:b/>
                <w:bCs/>
                <w:color w:val="FFFFFF"/>
                <w:sz w:val="16"/>
                <w:szCs w:val="16"/>
              </w:rPr>
              <w:t>Portfolio / Role Title</w:t>
            </w:r>
          </w:p>
        </w:tc>
        <w:tc>
          <w:tcPr>
            <w:tcW w:w="1959" w:type="dxa"/>
            <w:shd w:val="clear" w:color="auto" w:fill="6B1D2F"/>
            <w:tcMar>
              <w:top w:w="120" w:type="dxa"/>
              <w:left w:w="120" w:type="dxa"/>
              <w:bottom w:w="120" w:type="dxa"/>
              <w:right w:w="120" w:type="dxa"/>
            </w:tcMar>
            <w:hideMark/>
          </w:tcPr>
          <w:p w14:paraId="2A0B5E9B" w14:textId="77777777" w:rsidR="00C24202" w:rsidRDefault="00C24202">
            <w:r>
              <w:rPr>
                <w:rFonts w:ascii="Arial" w:hAnsi="Arial" w:cs="Arial"/>
                <w:b/>
                <w:bCs/>
                <w:color w:val="FFFFFF"/>
                <w:sz w:val="16"/>
                <w:szCs w:val="16"/>
              </w:rPr>
              <w:t>Appointed Officer</w:t>
            </w:r>
          </w:p>
        </w:tc>
        <w:tc>
          <w:tcPr>
            <w:tcW w:w="1962" w:type="dxa"/>
            <w:shd w:val="clear" w:color="auto" w:fill="6B1D2F"/>
          </w:tcPr>
          <w:p w14:paraId="5FA6D75C" w14:textId="28B72CCA" w:rsidR="00C24202" w:rsidRDefault="00991F7D" w:rsidP="00991F7D">
            <w:pPr>
              <w:jc w:val="center"/>
              <w:rPr>
                <w:rFonts w:ascii="Arial" w:hAnsi="Arial" w:cs="Arial"/>
                <w:b/>
                <w:bCs/>
                <w:color w:val="FFFFFF"/>
                <w:sz w:val="16"/>
                <w:szCs w:val="16"/>
              </w:rPr>
            </w:pPr>
            <w:r>
              <w:rPr>
                <w:rFonts w:ascii="Arial" w:hAnsi="Arial" w:cs="Arial"/>
                <w:b/>
                <w:bCs/>
                <w:color w:val="FFFFFF"/>
                <w:sz w:val="16"/>
                <w:szCs w:val="16"/>
              </w:rPr>
              <w:t>Phone Number</w:t>
            </w:r>
          </w:p>
        </w:tc>
        <w:tc>
          <w:tcPr>
            <w:tcW w:w="3858" w:type="dxa"/>
            <w:shd w:val="clear" w:color="auto" w:fill="6B1D2F"/>
            <w:tcMar>
              <w:top w:w="120" w:type="dxa"/>
              <w:left w:w="120" w:type="dxa"/>
              <w:bottom w:w="120" w:type="dxa"/>
              <w:right w:w="120" w:type="dxa"/>
            </w:tcMar>
            <w:hideMark/>
          </w:tcPr>
          <w:p w14:paraId="11392CBD" w14:textId="636CCAA4" w:rsidR="00C24202" w:rsidRDefault="00C24202">
            <w:r>
              <w:rPr>
                <w:rFonts w:ascii="Arial" w:hAnsi="Arial" w:cs="Arial"/>
                <w:b/>
                <w:bCs/>
                <w:color w:val="FFFFFF"/>
                <w:sz w:val="16"/>
                <w:szCs w:val="16"/>
              </w:rPr>
              <w:t>Official Domain Email Alias</w:t>
            </w:r>
          </w:p>
        </w:tc>
      </w:tr>
      <w:tr w:rsidR="00C24202" w:rsidRPr="008328B3" w14:paraId="0225C3FC" w14:textId="77777777" w:rsidTr="003C5463">
        <w:tc>
          <w:tcPr>
            <w:tcW w:w="2147" w:type="dxa"/>
            <w:tcMar>
              <w:top w:w="100" w:type="dxa"/>
              <w:left w:w="120" w:type="dxa"/>
              <w:bottom w:w="100" w:type="dxa"/>
              <w:right w:w="120" w:type="dxa"/>
            </w:tcMar>
            <w:hideMark/>
          </w:tcPr>
          <w:p w14:paraId="42A02267" w14:textId="77777777" w:rsidR="00C24202" w:rsidRPr="008328B3" w:rsidRDefault="00C24202">
            <w:pPr>
              <w:rPr>
                <w:b/>
                <w:bCs/>
                <w:sz w:val="28"/>
                <w:szCs w:val="28"/>
              </w:rPr>
            </w:pPr>
            <w:r w:rsidRPr="008328B3">
              <w:rPr>
                <w:rFonts w:ascii="Calibri" w:hAnsi="Calibri" w:cs="Calibri"/>
                <w:b/>
                <w:bCs/>
                <w:color w:val="000000"/>
                <w:sz w:val="20"/>
                <w:szCs w:val="20"/>
              </w:rPr>
              <w:t>President</w:t>
            </w:r>
          </w:p>
        </w:tc>
        <w:tc>
          <w:tcPr>
            <w:tcW w:w="1959" w:type="dxa"/>
            <w:tcMar>
              <w:top w:w="100" w:type="dxa"/>
              <w:left w:w="120" w:type="dxa"/>
              <w:bottom w:w="100" w:type="dxa"/>
              <w:right w:w="120" w:type="dxa"/>
            </w:tcMar>
            <w:hideMark/>
          </w:tcPr>
          <w:p w14:paraId="1454A056" w14:textId="1E86ABD5" w:rsidR="00C24202" w:rsidRPr="008328B3" w:rsidRDefault="00C24202">
            <w:pPr>
              <w:rPr>
                <w:b/>
                <w:bCs/>
                <w:sz w:val="28"/>
                <w:szCs w:val="28"/>
              </w:rPr>
            </w:pPr>
            <w:r w:rsidRPr="008328B3">
              <w:rPr>
                <w:rFonts w:ascii="Calibri" w:hAnsi="Calibri" w:cs="Calibri"/>
                <w:b/>
                <w:bCs/>
                <w:color w:val="000000"/>
                <w:sz w:val="20"/>
                <w:szCs w:val="20"/>
              </w:rPr>
              <w:t>Philip Swales</w:t>
            </w:r>
          </w:p>
        </w:tc>
        <w:tc>
          <w:tcPr>
            <w:tcW w:w="1962" w:type="dxa"/>
          </w:tcPr>
          <w:p w14:paraId="3E70DF2B" w14:textId="1481AA77" w:rsidR="00C24202" w:rsidRPr="008328B3" w:rsidRDefault="00991F7D" w:rsidP="00991F7D">
            <w:pPr>
              <w:jc w:val="center"/>
              <w:rPr>
                <w:rFonts w:ascii="Calibri" w:hAnsi="Calibri" w:cs="Calibri"/>
                <w:b/>
                <w:bCs/>
                <w:color w:val="000000"/>
                <w:sz w:val="20"/>
                <w:szCs w:val="20"/>
              </w:rPr>
            </w:pPr>
            <w:r>
              <w:rPr>
                <w:rFonts w:ascii="Calibri" w:hAnsi="Calibri" w:cs="Calibri"/>
                <w:b/>
                <w:bCs/>
                <w:color w:val="000000"/>
                <w:sz w:val="20"/>
                <w:szCs w:val="20"/>
              </w:rPr>
              <w:t>021 894 663</w:t>
            </w:r>
          </w:p>
        </w:tc>
        <w:tc>
          <w:tcPr>
            <w:tcW w:w="3858" w:type="dxa"/>
            <w:tcMar>
              <w:top w:w="100" w:type="dxa"/>
              <w:left w:w="120" w:type="dxa"/>
              <w:bottom w:w="100" w:type="dxa"/>
              <w:right w:w="120" w:type="dxa"/>
            </w:tcMar>
            <w:hideMark/>
          </w:tcPr>
          <w:p w14:paraId="0D97D1B2" w14:textId="5D45162F" w:rsidR="00C24202" w:rsidRPr="008328B3" w:rsidRDefault="00C24202">
            <w:pPr>
              <w:rPr>
                <w:b/>
                <w:bCs/>
                <w:sz w:val="28"/>
                <w:szCs w:val="28"/>
              </w:rPr>
            </w:pPr>
            <w:r w:rsidRPr="008328B3">
              <w:rPr>
                <w:rFonts w:ascii="Calibri" w:hAnsi="Calibri" w:cs="Calibri"/>
                <w:b/>
                <w:bCs/>
                <w:color w:val="000000"/>
                <w:sz w:val="20"/>
                <w:szCs w:val="20"/>
              </w:rPr>
              <w:t>president@mgcarclub.org.nz</w:t>
            </w:r>
          </w:p>
        </w:tc>
      </w:tr>
      <w:tr w:rsidR="00C24202" w:rsidRPr="008328B3" w14:paraId="69411B40" w14:textId="77777777" w:rsidTr="003C5463">
        <w:tc>
          <w:tcPr>
            <w:tcW w:w="2147" w:type="dxa"/>
            <w:tcMar>
              <w:top w:w="100" w:type="dxa"/>
              <w:left w:w="120" w:type="dxa"/>
              <w:bottom w:w="100" w:type="dxa"/>
              <w:right w:w="120" w:type="dxa"/>
            </w:tcMar>
            <w:hideMark/>
          </w:tcPr>
          <w:p w14:paraId="7DDC5630" w14:textId="77777777" w:rsidR="00C24202" w:rsidRPr="008328B3" w:rsidRDefault="00C24202">
            <w:pPr>
              <w:rPr>
                <w:b/>
                <w:bCs/>
                <w:sz w:val="28"/>
                <w:szCs w:val="28"/>
              </w:rPr>
            </w:pPr>
            <w:r w:rsidRPr="008328B3">
              <w:rPr>
                <w:rFonts w:ascii="Calibri" w:hAnsi="Calibri" w:cs="Calibri"/>
                <w:b/>
                <w:bCs/>
                <w:color w:val="000000"/>
                <w:sz w:val="20"/>
                <w:szCs w:val="20"/>
              </w:rPr>
              <w:t>Club Secretary</w:t>
            </w:r>
          </w:p>
        </w:tc>
        <w:tc>
          <w:tcPr>
            <w:tcW w:w="1959" w:type="dxa"/>
            <w:tcMar>
              <w:top w:w="100" w:type="dxa"/>
              <w:left w:w="120" w:type="dxa"/>
              <w:bottom w:w="100" w:type="dxa"/>
              <w:right w:w="120" w:type="dxa"/>
            </w:tcMar>
            <w:hideMark/>
          </w:tcPr>
          <w:p w14:paraId="08E35FC3" w14:textId="77777777" w:rsidR="00C24202" w:rsidRPr="008328B3" w:rsidRDefault="00C24202">
            <w:pPr>
              <w:rPr>
                <w:b/>
                <w:bCs/>
                <w:sz w:val="28"/>
                <w:szCs w:val="28"/>
              </w:rPr>
            </w:pPr>
            <w:r w:rsidRPr="008328B3">
              <w:rPr>
                <w:rFonts w:ascii="Calibri" w:hAnsi="Calibri" w:cs="Calibri"/>
                <w:b/>
                <w:bCs/>
                <w:color w:val="000000"/>
                <w:sz w:val="20"/>
                <w:szCs w:val="20"/>
              </w:rPr>
              <w:t>Hellen Swales</w:t>
            </w:r>
          </w:p>
        </w:tc>
        <w:tc>
          <w:tcPr>
            <w:tcW w:w="1962" w:type="dxa"/>
          </w:tcPr>
          <w:p w14:paraId="7C9FA549" w14:textId="2D47A7AB" w:rsidR="00C24202" w:rsidRPr="008328B3" w:rsidRDefault="00991F7D" w:rsidP="00991F7D">
            <w:pPr>
              <w:jc w:val="center"/>
              <w:rPr>
                <w:rFonts w:ascii="Calibri" w:hAnsi="Calibri" w:cs="Calibri"/>
                <w:b/>
                <w:bCs/>
                <w:color w:val="000000"/>
                <w:sz w:val="20"/>
                <w:szCs w:val="20"/>
              </w:rPr>
            </w:pPr>
            <w:r>
              <w:rPr>
                <w:rFonts w:ascii="Calibri" w:hAnsi="Calibri" w:cs="Calibri"/>
                <w:b/>
                <w:bCs/>
                <w:color w:val="000000"/>
                <w:sz w:val="20"/>
                <w:szCs w:val="20"/>
              </w:rPr>
              <w:t>027 528 6799</w:t>
            </w:r>
          </w:p>
        </w:tc>
        <w:tc>
          <w:tcPr>
            <w:tcW w:w="3858" w:type="dxa"/>
            <w:tcMar>
              <w:top w:w="100" w:type="dxa"/>
              <w:left w:w="120" w:type="dxa"/>
              <w:bottom w:w="100" w:type="dxa"/>
              <w:right w:w="120" w:type="dxa"/>
            </w:tcMar>
            <w:hideMark/>
          </w:tcPr>
          <w:p w14:paraId="15DD6AAC" w14:textId="199ED009" w:rsidR="00C24202" w:rsidRPr="008328B3" w:rsidRDefault="00C24202">
            <w:pPr>
              <w:rPr>
                <w:b/>
                <w:bCs/>
                <w:sz w:val="28"/>
                <w:szCs w:val="28"/>
              </w:rPr>
            </w:pPr>
            <w:r w:rsidRPr="008328B3">
              <w:rPr>
                <w:rFonts w:ascii="Calibri" w:hAnsi="Calibri" w:cs="Calibri"/>
                <w:b/>
                <w:bCs/>
                <w:color w:val="000000"/>
                <w:sz w:val="20"/>
                <w:szCs w:val="20"/>
              </w:rPr>
              <w:t>secretary@mgcarclub.org.nz</w:t>
            </w:r>
          </w:p>
        </w:tc>
      </w:tr>
      <w:tr w:rsidR="00C24202" w:rsidRPr="008328B3" w14:paraId="719AE51D" w14:textId="77777777" w:rsidTr="003C5463">
        <w:tc>
          <w:tcPr>
            <w:tcW w:w="2147" w:type="dxa"/>
            <w:tcMar>
              <w:top w:w="100" w:type="dxa"/>
              <w:left w:w="120" w:type="dxa"/>
              <w:bottom w:w="100" w:type="dxa"/>
              <w:right w:w="120" w:type="dxa"/>
            </w:tcMar>
            <w:hideMark/>
          </w:tcPr>
          <w:p w14:paraId="01BF439D" w14:textId="77777777" w:rsidR="00C24202" w:rsidRPr="008328B3" w:rsidRDefault="00C24202">
            <w:pPr>
              <w:rPr>
                <w:b/>
                <w:bCs/>
                <w:sz w:val="28"/>
                <w:szCs w:val="28"/>
              </w:rPr>
            </w:pPr>
            <w:r w:rsidRPr="008328B3">
              <w:rPr>
                <w:rFonts w:ascii="Calibri" w:hAnsi="Calibri" w:cs="Calibri"/>
                <w:b/>
                <w:bCs/>
                <w:color w:val="000000"/>
                <w:sz w:val="20"/>
                <w:szCs w:val="20"/>
              </w:rPr>
              <w:t>Acting Treasurer</w:t>
            </w:r>
          </w:p>
        </w:tc>
        <w:tc>
          <w:tcPr>
            <w:tcW w:w="1959" w:type="dxa"/>
            <w:tcMar>
              <w:top w:w="100" w:type="dxa"/>
              <w:left w:w="120" w:type="dxa"/>
              <w:bottom w:w="100" w:type="dxa"/>
              <w:right w:w="120" w:type="dxa"/>
            </w:tcMar>
            <w:hideMark/>
          </w:tcPr>
          <w:p w14:paraId="21919DF4" w14:textId="77777777" w:rsidR="00C24202" w:rsidRPr="008328B3" w:rsidRDefault="00C24202">
            <w:pPr>
              <w:rPr>
                <w:b/>
                <w:bCs/>
                <w:sz w:val="28"/>
                <w:szCs w:val="28"/>
              </w:rPr>
            </w:pPr>
            <w:r w:rsidRPr="008328B3">
              <w:rPr>
                <w:rFonts w:ascii="Calibri" w:hAnsi="Calibri" w:cs="Calibri"/>
                <w:b/>
                <w:bCs/>
                <w:color w:val="000000"/>
                <w:sz w:val="20"/>
                <w:szCs w:val="20"/>
              </w:rPr>
              <w:t>Hellen Swales</w:t>
            </w:r>
          </w:p>
        </w:tc>
        <w:tc>
          <w:tcPr>
            <w:tcW w:w="1962" w:type="dxa"/>
          </w:tcPr>
          <w:p w14:paraId="69B407B2" w14:textId="2065F554" w:rsidR="00C24202" w:rsidRPr="008328B3" w:rsidRDefault="00991F7D" w:rsidP="00991F7D">
            <w:pPr>
              <w:jc w:val="center"/>
              <w:rPr>
                <w:rFonts w:ascii="Calibri" w:hAnsi="Calibri" w:cs="Calibri"/>
                <w:b/>
                <w:bCs/>
                <w:color w:val="000000"/>
                <w:sz w:val="20"/>
                <w:szCs w:val="20"/>
              </w:rPr>
            </w:pPr>
            <w:r>
              <w:rPr>
                <w:rFonts w:ascii="Calibri" w:hAnsi="Calibri" w:cs="Calibri"/>
                <w:b/>
                <w:bCs/>
                <w:color w:val="000000"/>
                <w:sz w:val="20"/>
                <w:szCs w:val="20"/>
              </w:rPr>
              <w:t>027 528 6799</w:t>
            </w:r>
          </w:p>
        </w:tc>
        <w:tc>
          <w:tcPr>
            <w:tcW w:w="3858" w:type="dxa"/>
            <w:tcMar>
              <w:top w:w="100" w:type="dxa"/>
              <w:left w:w="120" w:type="dxa"/>
              <w:bottom w:w="100" w:type="dxa"/>
              <w:right w:w="120" w:type="dxa"/>
            </w:tcMar>
            <w:hideMark/>
          </w:tcPr>
          <w:p w14:paraId="6A654ACB" w14:textId="15293A73" w:rsidR="00C24202" w:rsidRPr="008328B3" w:rsidRDefault="00C24202">
            <w:pPr>
              <w:rPr>
                <w:b/>
                <w:bCs/>
                <w:sz w:val="28"/>
                <w:szCs w:val="28"/>
              </w:rPr>
            </w:pPr>
            <w:r w:rsidRPr="008328B3">
              <w:rPr>
                <w:rFonts w:ascii="Calibri" w:hAnsi="Calibri" w:cs="Calibri"/>
                <w:b/>
                <w:bCs/>
                <w:color w:val="000000"/>
                <w:sz w:val="20"/>
                <w:szCs w:val="20"/>
              </w:rPr>
              <w:t>treasurer@mgcarclub.org.nz</w:t>
            </w:r>
          </w:p>
        </w:tc>
      </w:tr>
      <w:tr w:rsidR="00C24202" w:rsidRPr="008328B3" w14:paraId="370841BF" w14:textId="77777777" w:rsidTr="003C5463">
        <w:tc>
          <w:tcPr>
            <w:tcW w:w="2147" w:type="dxa"/>
            <w:tcMar>
              <w:top w:w="100" w:type="dxa"/>
              <w:left w:w="120" w:type="dxa"/>
              <w:bottom w:w="100" w:type="dxa"/>
              <w:right w:w="120" w:type="dxa"/>
            </w:tcMar>
            <w:hideMark/>
          </w:tcPr>
          <w:p w14:paraId="5E547355" w14:textId="77777777" w:rsidR="00C24202" w:rsidRPr="008328B3" w:rsidRDefault="00C24202">
            <w:pPr>
              <w:rPr>
                <w:b/>
                <w:bCs/>
                <w:sz w:val="28"/>
                <w:szCs w:val="28"/>
              </w:rPr>
            </w:pPr>
            <w:r w:rsidRPr="008328B3">
              <w:rPr>
                <w:rFonts w:ascii="Calibri" w:hAnsi="Calibri" w:cs="Calibri"/>
                <w:b/>
                <w:bCs/>
                <w:color w:val="000000"/>
                <w:sz w:val="20"/>
                <w:szCs w:val="20"/>
              </w:rPr>
              <w:t>Membership Secretary</w:t>
            </w:r>
          </w:p>
        </w:tc>
        <w:tc>
          <w:tcPr>
            <w:tcW w:w="1959" w:type="dxa"/>
            <w:tcMar>
              <w:top w:w="100" w:type="dxa"/>
              <w:left w:w="120" w:type="dxa"/>
              <w:bottom w:w="100" w:type="dxa"/>
              <w:right w:w="120" w:type="dxa"/>
            </w:tcMar>
            <w:hideMark/>
          </w:tcPr>
          <w:p w14:paraId="68D97000" w14:textId="77777777" w:rsidR="00C24202" w:rsidRPr="008328B3" w:rsidRDefault="00C24202">
            <w:pPr>
              <w:rPr>
                <w:b/>
                <w:bCs/>
                <w:sz w:val="28"/>
                <w:szCs w:val="28"/>
              </w:rPr>
            </w:pPr>
            <w:r w:rsidRPr="008328B3">
              <w:rPr>
                <w:rFonts w:ascii="Calibri" w:hAnsi="Calibri" w:cs="Calibri"/>
                <w:b/>
                <w:bCs/>
                <w:color w:val="000000"/>
                <w:sz w:val="20"/>
                <w:szCs w:val="20"/>
              </w:rPr>
              <w:t>Rae Denize</w:t>
            </w:r>
          </w:p>
        </w:tc>
        <w:tc>
          <w:tcPr>
            <w:tcW w:w="1962" w:type="dxa"/>
          </w:tcPr>
          <w:p w14:paraId="7372D5A5" w14:textId="4B942BA1" w:rsidR="00C24202" w:rsidRPr="008328B3" w:rsidRDefault="00991F7D" w:rsidP="00991F7D">
            <w:pPr>
              <w:jc w:val="center"/>
              <w:rPr>
                <w:rFonts w:ascii="Calibri" w:hAnsi="Calibri" w:cs="Calibri"/>
                <w:b/>
                <w:bCs/>
                <w:color w:val="000000"/>
                <w:sz w:val="20"/>
                <w:szCs w:val="20"/>
              </w:rPr>
            </w:pPr>
            <w:r>
              <w:rPr>
                <w:rFonts w:ascii="Calibri" w:hAnsi="Calibri" w:cs="Calibri"/>
                <w:b/>
                <w:bCs/>
                <w:color w:val="000000"/>
                <w:sz w:val="20"/>
                <w:szCs w:val="20"/>
              </w:rPr>
              <w:t xml:space="preserve">027 </w:t>
            </w:r>
            <w:r w:rsidR="00516408">
              <w:rPr>
                <w:rFonts w:ascii="Calibri" w:hAnsi="Calibri" w:cs="Calibri"/>
                <w:b/>
                <w:bCs/>
                <w:color w:val="000000"/>
                <w:sz w:val="20"/>
                <w:szCs w:val="20"/>
              </w:rPr>
              <w:t>412 7555</w:t>
            </w:r>
          </w:p>
        </w:tc>
        <w:tc>
          <w:tcPr>
            <w:tcW w:w="3858" w:type="dxa"/>
            <w:tcMar>
              <w:top w:w="100" w:type="dxa"/>
              <w:left w:w="120" w:type="dxa"/>
              <w:bottom w:w="100" w:type="dxa"/>
              <w:right w:w="120" w:type="dxa"/>
            </w:tcMar>
            <w:hideMark/>
          </w:tcPr>
          <w:p w14:paraId="78AA8DF5" w14:textId="37E1FB4F" w:rsidR="00C24202" w:rsidRPr="008328B3" w:rsidRDefault="00C24202">
            <w:pPr>
              <w:rPr>
                <w:b/>
                <w:bCs/>
                <w:sz w:val="28"/>
                <w:szCs w:val="28"/>
              </w:rPr>
            </w:pPr>
            <w:r w:rsidRPr="008328B3">
              <w:rPr>
                <w:rFonts w:ascii="Calibri" w:hAnsi="Calibri" w:cs="Calibri"/>
                <w:b/>
                <w:bCs/>
                <w:color w:val="000000"/>
                <w:sz w:val="20"/>
                <w:szCs w:val="20"/>
              </w:rPr>
              <w:t>membership@mgcarclub.org.nz</w:t>
            </w:r>
          </w:p>
        </w:tc>
      </w:tr>
      <w:tr w:rsidR="00C24202" w:rsidRPr="008328B3" w14:paraId="07436D81" w14:textId="77777777" w:rsidTr="003C5463">
        <w:tc>
          <w:tcPr>
            <w:tcW w:w="2147" w:type="dxa"/>
            <w:tcMar>
              <w:top w:w="100" w:type="dxa"/>
              <w:left w:w="120" w:type="dxa"/>
              <w:bottom w:w="100" w:type="dxa"/>
              <w:right w:w="120" w:type="dxa"/>
            </w:tcMar>
          </w:tcPr>
          <w:p w14:paraId="285D8335" w14:textId="138A217D" w:rsidR="00C24202" w:rsidRPr="008328B3" w:rsidRDefault="00C24202">
            <w:pPr>
              <w:rPr>
                <w:rFonts w:ascii="Calibri" w:hAnsi="Calibri" w:cs="Calibri"/>
                <w:b/>
                <w:bCs/>
                <w:color w:val="000000"/>
                <w:sz w:val="20"/>
                <w:szCs w:val="20"/>
              </w:rPr>
            </w:pPr>
            <w:r w:rsidRPr="008328B3">
              <w:rPr>
                <w:rFonts w:ascii="Calibri" w:hAnsi="Calibri" w:cs="Calibri"/>
                <w:b/>
                <w:bCs/>
                <w:color w:val="000000"/>
                <w:sz w:val="20"/>
                <w:szCs w:val="20"/>
              </w:rPr>
              <w:t>Vice President</w:t>
            </w:r>
          </w:p>
        </w:tc>
        <w:tc>
          <w:tcPr>
            <w:tcW w:w="1959" w:type="dxa"/>
            <w:tcMar>
              <w:top w:w="100" w:type="dxa"/>
              <w:left w:w="120" w:type="dxa"/>
              <w:bottom w:w="100" w:type="dxa"/>
              <w:right w:w="120" w:type="dxa"/>
            </w:tcMar>
          </w:tcPr>
          <w:p w14:paraId="267F5EDF" w14:textId="3AE46206" w:rsidR="00C24202" w:rsidRPr="008328B3" w:rsidRDefault="00C24202">
            <w:pPr>
              <w:rPr>
                <w:rFonts w:ascii="Calibri" w:hAnsi="Calibri" w:cs="Calibri"/>
                <w:b/>
                <w:bCs/>
                <w:color w:val="000000"/>
                <w:sz w:val="20"/>
                <w:szCs w:val="20"/>
              </w:rPr>
            </w:pPr>
            <w:r w:rsidRPr="008328B3">
              <w:rPr>
                <w:rFonts w:ascii="Calibri" w:hAnsi="Calibri" w:cs="Calibri"/>
                <w:b/>
                <w:bCs/>
                <w:color w:val="000000"/>
                <w:sz w:val="20"/>
                <w:szCs w:val="20"/>
              </w:rPr>
              <w:t>Paul Te Punga</w:t>
            </w:r>
          </w:p>
        </w:tc>
        <w:tc>
          <w:tcPr>
            <w:tcW w:w="1962" w:type="dxa"/>
          </w:tcPr>
          <w:p w14:paraId="30EB1B70" w14:textId="191176F5" w:rsidR="00C24202" w:rsidRPr="008328B3" w:rsidRDefault="00516408" w:rsidP="00991F7D">
            <w:pPr>
              <w:jc w:val="center"/>
              <w:rPr>
                <w:rFonts w:ascii="Calibri" w:hAnsi="Calibri" w:cs="Calibri"/>
                <w:b/>
                <w:bCs/>
                <w:color w:val="000000"/>
                <w:sz w:val="20"/>
                <w:szCs w:val="20"/>
              </w:rPr>
            </w:pPr>
            <w:r>
              <w:rPr>
                <w:rFonts w:ascii="Calibri" w:hAnsi="Calibri" w:cs="Calibri"/>
                <w:b/>
                <w:bCs/>
                <w:color w:val="000000"/>
                <w:sz w:val="20"/>
                <w:szCs w:val="20"/>
              </w:rPr>
              <w:t>021 515 602</w:t>
            </w:r>
          </w:p>
        </w:tc>
        <w:tc>
          <w:tcPr>
            <w:tcW w:w="3858" w:type="dxa"/>
            <w:tcMar>
              <w:top w:w="100" w:type="dxa"/>
              <w:left w:w="120" w:type="dxa"/>
              <w:bottom w:w="100" w:type="dxa"/>
              <w:right w:w="120" w:type="dxa"/>
            </w:tcMar>
          </w:tcPr>
          <w:p w14:paraId="7F6769F3" w14:textId="5979CE45" w:rsidR="00C24202" w:rsidRPr="008328B3" w:rsidRDefault="00C24202">
            <w:pPr>
              <w:rPr>
                <w:rFonts w:ascii="Calibri" w:hAnsi="Calibri" w:cs="Calibri"/>
                <w:b/>
                <w:bCs/>
                <w:color w:val="000000"/>
                <w:sz w:val="20"/>
                <w:szCs w:val="20"/>
              </w:rPr>
            </w:pPr>
            <w:r w:rsidRPr="008328B3">
              <w:rPr>
                <w:rFonts w:ascii="Calibri" w:hAnsi="Calibri" w:cs="Calibri"/>
                <w:b/>
                <w:bCs/>
                <w:color w:val="000000"/>
                <w:sz w:val="20"/>
                <w:szCs w:val="20"/>
              </w:rPr>
              <w:t>vicepresident@mgcarclub.org.nz</w:t>
            </w:r>
          </w:p>
        </w:tc>
      </w:tr>
      <w:tr w:rsidR="007309D1" w:rsidRPr="008328B3" w14:paraId="129E51AF" w14:textId="77777777" w:rsidTr="003C5463">
        <w:tc>
          <w:tcPr>
            <w:tcW w:w="2147" w:type="dxa"/>
            <w:tcMar>
              <w:top w:w="100" w:type="dxa"/>
              <w:left w:w="120" w:type="dxa"/>
              <w:bottom w:w="100" w:type="dxa"/>
              <w:right w:w="120" w:type="dxa"/>
            </w:tcMar>
          </w:tcPr>
          <w:p w14:paraId="3218EC15" w14:textId="4FA5BF53" w:rsidR="007309D1" w:rsidRPr="008328B3" w:rsidRDefault="007309D1">
            <w:pPr>
              <w:rPr>
                <w:rFonts w:ascii="Calibri" w:hAnsi="Calibri" w:cs="Calibri"/>
                <w:b/>
                <w:bCs/>
                <w:color w:val="000000"/>
                <w:sz w:val="20"/>
                <w:szCs w:val="20"/>
              </w:rPr>
            </w:pPr>
            <w:r>
              <w:rPr>
                <w:rFonts w:ascii="Calibri" w:hAnsi="Calibri" w:cs="Calibri"/>
                <w:b/>
                <w:bCs/>
                <w:color w:val="000000"/>
                <w:sz w:val="20"/>
                <w:szCs w:val="20"/>
              </w:rPr>
              <w:t>Chair (Classic Race Committee)</w:t>
            </w:r>
          </w:p>
        </w:tc>
        <w:tc>
          <w:tcPr>
            <w:tcW w:w="1959" w:type="dxa"/>
            <w:tcMar>
              <w:top w:w="100" w:type="dxa"/>
              <w:left w:w="120" w:type="dxa"/>
              <w:bottom w:w="100" w:type="dxa"/>
              <w:right w:w="120" w:type="dxa"/>
            </w:tcMar>
          </w:tcPr>
          <w:p w14:paraId="0125C1D7" w14:textId="78642DAB" w:rsidR="007309D1" w:rsidRPr="008328B3" w:rsidRDefault="007309D1">
            <w:pPr>
              <w:rPr>
                <w:rFonts w:ascii="Calibri" w:hAnsi="Calibri" w:cs="Calibri"/>
                <w:b/>
                <w:bCs/>
                <w:color w:val="000000"/>
                <w:sz w:val="20"/>
                <w:szCs w:val="20"/>
              </w:rPr>
            </w:pPr>
            <w:r>
              <w:rPr>
                <w:rFonts w:ascii="Calibri" w:hAnsi="Calibri" w:cs="Calibri"/>
                <w:b/>
                <w:bCs/>
                <w:color w:val="000000"/>
                <w:sz w:val="20"/>
                <w:szCs w:val="20"/>
              </w:rPr>
              <w:t>Ron Robertson</w:t>
            </w:r>
          </w:p>
        </w:tc>
        <w:tc>
          <w:tcPr>
            <w:tcW w:w="1962" w:type="dxa"/>
          </w:tcPr>
          <w:p w14:paraId="208A1146" w14:textId="4D76E0B2" w:rsidR="007309D1" w:rsidRDefault="007309D1" w:rsidP="00991F7D">
            <w:pPr>
              <w:jc w:val="center"/>
              <w:rPr>
                <w:rFonts w:ascii="Calibri" w:hAnsi="Calibri" w:cs="Calibri"/>
                <w:b/>
                <w:bCs/>
                <w:color w:val="000000"/>
                <w:sz w:val="20"/>
                <w:szCs w:val="20"/>
              </w:rPr>
            </w:pPr>
            <w:r>
              <w:rPr>
                <w:rFonts w:ascii="Calibri" w:hAnsi="Calibri" w:cs="Calibri"/>
                <w:b/>
                <w:bCs/>
                <w:color w:val="000000"/>
                <w:sz w:val="20"/>
                <w:szCs w:val="20"/>
              </w:rPr>
              <w:t>027</w:t>
            </w:r>
            <w:r w:rsidR="00E32FD6">
              <w:rPr>
                <w:rFonts w:ascii="Calibri" w:hAnsi="Calibri" w:cs="Calibri"/>
                <w:b/>
                <w:bCs/>
                <w:color w:val="000000"/>
                <w:sz w:val="20"/>
                <w:szCs w:val="20"/>
              </w:rPr>
              <w:t xml:space="preserve"> 443 9969</w:t>
            </w:r>
          </w:p>
        </w:tc>
        <w:tc>
          <w:tcPr>
            <w:tcW w:w="3858" w:type="dxa"/>
            <w:tcMar>
              <w:top w:w="100" w:type="dxa"/>
              <w:left w:w="120" w:type="dxa"/>
              <w:bottom w:w="100" w:type="dxa"/>
              <w:right w:w="120" w:type="dxa"/>
            </w:tcMar>
          </w:tcPr>
          <w:p w14:paraId="6BC57ECC" w14:textId="77777777" w:rsidR="007309D1" w:rsidRPr="008328B3" w:rsidRDefault="007309D1">
            <w:pPr>
              <w:rPr>
                <w:rFonts w:ascii="Calibri" w:hAnsi="Calibri" w:cs="Calibri"/>
                <w:b/>
                <w:bCs/>
                <w:color w:val="000000"/>
                <w:sz w:val="20"/>
                <w:szCs w:val="20"/>
              </w:rPr>
            </w:pPr>
          </w:p>
        </w:tc>
      </w:tr>
      <w:tr w:rsidR="00C24202" w:rsidRPr="008328B3" w14:paraId="23BB3EB9" w14:textId="77777777" w:rsidTr="003C5463">
        <w:tc>
          <w:tcPr>
            <w:tcW w:w="2147" w:type="dxa"/>
            <w:tcMar>
              <w:top w:w="100" w:type="dxa"/>
              <w:left w:w="120" w:type="dxa"/>
              <w:bottom w:w="100" w:type="dxa"/>
              <w:right w:w="120" w:type="dxa"/>
            </w:tcMar>
            <w:hideMark/>
          </w:tcPr>
          <w:p w14:paraId="52CEFFD2" w14:textId="77777777" w:rsidR="00C24202" w:rsidRPr="008328B3" w:rsidRDefault="00C24202">
            <w:pPr>
              <w:rPr>
                <w:b/>
                <w:bCs/>
                <w:sz w:val="28"/>
                <w:szCs w:val="28"/>
              </w:rPr>
            </w:pPr>
            <w:r w:rsidRPr="008328B3">
              <w:rPr>
                <w:rFonts w:ascii="Calibri" w:hAnsi="Calibri" w:cs="Calibri"/>
                <w:b/>
                <w:bCs/>
                <w:color w:val="000000"/>
                <w:sz w:val="20"/>
                <w:szCs w:val="20"/>
              </w:rPr>
              <w:t>Web / IT Lead</w:t>
            </w:r>
          </w:p>
        </w:tc>
        <w:tc>
          <w:tcPr>
            <w:tcW w:w="1959" w:type="dxa"/>
            <w:tcMar>
              <w:top w:w="100" w:type="dxa"/>
              <w:left w:w="120" w:type="dxa"/>
              <w:bottom w:w="100" w:type="dxa"/>
              <w:right w:w="120" w:type="dxa"/>
            </w:tcMar>
            <w:hideMark/>
          </w:tcPr>
          <w:p w14:paraId="6A390769" w14:textId="77777777" w:rsidR="00C24202" w:rsidRPr="008328B3" w:rsidRDefault="00C24202">
            <w:pPr>
              <w:rPr>
                <w:b/>
                <w:bCs/>
                <w:sz w:val="28"/>
                <w:szCs w:val="28"/>
              </w:rPr>
            </w:pPr>
            <w:r w:rsidRPr="008328B3">
              <w:rPr>
                <w:rFonts w:ascii="Calibri" w:hAnsi="Calibri" w:cs="Calibri"/>
                <w:b/>
                <w:bCs/>
                <w:color w:val="000000"/>
                <w:sz w:val="20"/>
                <w:szCs w:val="20"/>
              </w:rPr>
              <w:t>Philip Swales</w:t>
            </w:r>
          </w:p>
        </w:tc>
        <w:tc>
          <w:tcPr>
            <w:tcW w:w="1962" w:type="dxa"/>
          </w:tcPr>
          <w:p w14:paraId="4922CD5C" w14:textId="63E91AFA" w:rsidR="00C24202" w:rsidRPr="008328B3" w:rsidRDefault="00516408" w:rsidP="00991F7D">
            <w:pPr>
              <w:jc w:val="center"/>
              <w:rPr>
                <w:rFonts w:ascii="Calibri" w:hAnsi="Calibri" w:cs="Calibri"/>
                <w:b/>
                <w:bCs/>
                <w:color w:val="000000"/>
                <w:sz w:val="20"/>
                <w:szCs w:val="20"/>
              </w:rPr>
            </w:pPr>
            <w:r>
              <w:rPr>
                <w:rFonts w:ascii="Calibri" w:hAnsi="Calibri" w:cs="Calibri"/>
                <w:b/>
                <w:bCs/>
                <w:color w:val="000000"/>
                <w:sz w:val="20"/>
                <w:szCs w:val="20"/>
              </w:rPr>
              <w:t>021 894 663</w:t>
            </w:r>
          </w:p>
        </w:tc>
        <w:tc>
          <w:tcPr>
            <w:tcW w:w="3858" w:type="dxa"/>
            <w:tcMar>
              <w:top w:w="100" w:type="dxa"/>
              <w:left w:w="120" w:type="dxa"/>
              <w:bottom w:w="100" w:type="dxa"/>
              <w:right w:w="120" w:type="dxa"/>
            </w:tcMar>
            <w:hideMark/>
          </w:tcPr>
          <w:p w14:paraId="28DE251B" w14:textId="010F75B2" w:rsidR="00C24202" w:rsidRPr="008328B3" w:rsidRDefault="00C24202">
            <w:pPr>
              <w:rPr>
                <w:b/>
                <w:bCs/>
                <w:sz w:val="28"/>
                <w:szCs w:val="28"/>
              </w:rPr>
            </w:pPr>
            <w:r w:rsidRPr="008328B3">
              <w:rPr>
                <w:rFonts w:ascii="Calibri" w:hAnsi="Calibri" w:cs="Calibri"/>
                <w:b/>
                <w:bCs/>
                <w:color w:val="000000"/>
                <w:sz w:val="20"/>
                <w:szCs w:val="20"/>
              </w:rPr>
              <w:t>webmaster@mgcarclub.org.nz</w:t>
            </w:r>
          </w:p>
        </w:tc>
      </w:tr>
      <w:tr w:rsidR="00C24202" w:rsidRPr="008328B3" w14:paraId="3AB4CCD9" w14:textId="77777777" w:rsidTr="003C5463">
        <w:tc>
          <w:tcPr>
            <w:tcW w:w="2147" w:type="dxa"/>
            <w:tcMar>
              <w:top w:w="100" w:type="dxa"/>
              <w:left w:w="120" w:type="dxa"/>
              <w:bottom w:w="100" w:type="dxa"/>
              <w:right w:w="120" w:type="dxa"/>
            </w:tcMar>
            <w:hideMark/>
          </w:tcPr>
          <w:p w14:paraId="6161FBAC" w14:textId="77777777" w:rsidR="00C24202" w:rsidRPr="008328B3" w:rsidRDefault="00C24202">
            <w:pPr>
              <w:rPr>
                <w:b/>
                <w:bCs/>
                <w:sz w:val="28"/>
                <w:szCs w:val="28"/>
              </w:rPr>
            </w:pPr>
            <w:r w:rsidRPr="008328B3">
              <w:rPr>
                <w:rFonts w:ascii="Calibri" w:hAnsi="Calibri" w:cs="Calibri"/>
                <w:b/>
                <w:bCs/>
                <w:color w:val="000000"/>
                <w:sz w:val="20"/>
                <w:szCs w:val="20"/>
              </w:rPr>
              <w:t>2028 National Rally Lead Coordinator</w:t>
            </w:r>
          </w:p>
        </w:tc>
        <w:tc>
          <w:tcPr>
            <w:tcW w:w="1959" w:type="dxa"/>
            <w:tcMar>
              <w:top w:w="100" w:type="dxa"/>
              <w:left w:w="120" w:type="dxa"/>
              <w:bottom w:w="100" w:type="dxa"/>
              <w:right w:w="120" w:type="dxa"/>
            </w:tcMar>
            <w:hideMark/>
          </w:tcPr>
          <w:p w14:paraId="0700E5BB" w14:textId="77777777" w:rsidR="00C24202" w:rsidRPr="008328B3" w:rsidRDefault="00C24202">
            <w:pPr>
              <w:rPr>
                <w:b/>
                <w:bCs/>
                <w:sz w:val="28"/>
                <w:szCs w:val="28"/>
              </w:rPr>
            </w:pPr>
            <w:r w:rsidRPr="008328B3">
              <w:rPr>
                <w:rFonts w:ascii="Calibri" w:hAnsi="Calibri" w:cs="Calibri"/>
                <w:b/>
                <w:bCs/>
                <w:color w:val="000000"/>
                <w:sz w:val="20"/>
                <w:szCs w:val="20"/>
              </w:rPr>
              <w:t>Paul Te Punga</w:t>
            </w:r>
          </w:p>
        </w:tc>
        <w:tc>
          <w:tcPr>
            <w:tcW w:w="1962" w:type="dxa"/>
          </w:tcPr>
          <w:p w14:paraId="071AC906" w14:textId="32EE1D8D" w:rsidR="00C24202" w:rsidRPr="008328B3" w:rsidRDefault="00516408" w:rsidP="00991F7D">
            <w:pPr>
              <w:jc w:val="center"/>
              <w:rPr>
                <w:rFonts w:ascii="Calibri" w:hAnsi="Calibri" w:cs="Calibri"/>
                <w:b/>
                <w:bCs/>
                <w:color w:val="000000"/>
                <w:sz w:val="20"/>
                <w:szCs w:val="20"/>
              </w:rPr>
            </w:pPr>
            <w:r>
              <w:rPr>
                <w:rFonts w:ascii="Calibri" w:hAnsi="Calibri" w:cs="Calibri"/>
                <w:b/>
                <w:bCs/>
                <w:color w:val="000000"/>
                <w:sz w:val="20"/>
                <w:szCs w:val="20"/>
              </w:rPr>
              <w:t>021 515 602</w:t>
            </w:r>
          </w:p>
        </w:tc>
        <w:tc>
          <w:tcPr>
            <w:tcW w:w="3858" w:type="dxa"/>
            <w:tcMar>
              <w:top w:w="100" w:type="dxa"/>
              <w:left w:w="120" w:type="dxa"/>
              <w:bottom w:w="100" w:type="dxa"/>
              <w:right w:w="120" w:type="dxa"/>
            </w:tcMar>
            <w:hideMark/>
          </w:tcPr>
          <w:p w14:paraId="4879EE28" w14:textId="5F70D7FC" w:rsidR="00C24202" w:rsidRPr="008328B3" w:rsidRDefault="00C24202">
            <w:pPr>
              <w:rPr>
                <w:b/>
                <w:bCs/>
                <w:sz w:val="28"/>
                <w:szCs w:val="28"/>
              </w:rPr>
            </w:pPr>
            <w:r w:rsidRPr="008328B3">
              <w:rPr>
                <w:rFonts w:ascii="Calibri" w:hAnsi="Calibri" w:cs="Calibri"/>
                <w:b/>
                <w:bCs/>
                <w:color w:val="000000"/>
                <w:sz w:val="20"/>
                <w:szCs w:val="20"/>
              </w:rPr>
              <w:t>nationals2028@mgcarclub.org.nz</w:t>
            </w:r>
          </w:p>
        </w:tc>
      </w:tr>
      <w:tr w:rsidR="00C24202" w:rsidRPr="008328B3" w14:paraId="19D6952D" w14:textId="77777777" w:rsidTr="003C5463">
        <w:tc>
          <w:tcPr>
            <w:tcW w:w="2147" w:type="dxa"/>
            <w:tcMar>
              <w:top w:w="100" w:type="dxa"/>
              <w:left w:w="120" w:type="dxa"/>
              <w:bottom w:w="100" w:type="dxa"/>
              <w:right w:w="120" w:type="dxa"/>
            </w:tcMar>
            <w:hideMark/>
          </w:tcPr>
          <w:p w14:paraId="452381CA" w14:textId="217B4932" w:rsidR="00C24202" w:rsidRPr="008328B3" w:rsidRDefault="00C24202">
            <w:pPr>
              <w:rPr>
                <w:b/>
                <w:bCs/>
                <w:sz w:val="28"/>
                <w:szCs w:val="28"/>
              </w:rPr>
            </w:pPr>
            <w:r w:rsidRPr="008328B3">
              <w:rPr>
                <w:rFonts w:ascii="Calibri" w:hAnsi="Calibri" w:cs="Calibri"/>
                <w:b/>
                <w:bCs/>
                <w:color w:val="000000"/>
                <w:sz w:val="20"/>
                <w:szCs w:val="20"/>
              </w:rPr>
              <w:t>Club Captain</w:t>
            </w:r>
          </w:p>
        </w:tc>
        <w:tc>
          <w:tcPr>
            <w:tcW w:w="1959" w:type="dxa"/>
            <w:tcMar>
              <w:top w:w="100" w:type="dxa"/>
              <w:left w:w="120" w:type="dxa"/>
              <w:bottom w:w="100" w:type="dxa"/>
              <w:right w:w="120" w:type="dxa"/>
            </w:tcMar>
            <w:hideMark/>
          </w:tcPr>
          <w:p w14:paraId="7E36FDDE" w14:textId="77777777" w:rsidR="00C24202" w:rsidRPr="008328B3" w:rsidRDefault="00C24202">
            <w:pPr>
              <w:rPr>
                <w:b/>
                <w:bCs/>
                <w:sz w:val="28"/>
                <w:szCs w:val="28"/>
              </w:rPr>
            </w:pPr>
            <w:r w:rsidRPr="008328B3">
              <w:rPr>
                <w:rFonts w:ascii="Calibri" w:hAnsi="Calibri" w:cs="Calibri"/>
                <w:b/>
                <w:bCs/>
                <w:color w:val="000000"/>
                <w:sz w:val="20"/>
                <w:szCs w:val="20"/>
              </w:rPr>
              <w:t>Richard Makower</w:t>
            </w:r>
          </w:p>
        </w:tc>
        <w:tc>
          <w:tcPr>
            <w:tcW w:w="1962" w:type="dxa"/>
          </w:tcPr>
          <w:p w14:paraId="72AF7070" w14:textId="1BC3D400" w:rsidR="00C24202" w:rsidRPr="008328B3" w:rsidRDefault="00D762CA" w:rsidP="00991F7D">
            <w:pPr>
              <w:jc w:val="center"/>
              <w:rPr>
                <w:rFonts w:ascii="Calibri" w:hAnsi="Calibri" w:cs="Calibri"/>
                <w:b/>
                <w:bCs/>
                <w:color w:val="000000"/>
                <w:sz w:val="20"/>
                <w:szCs w:val="20"/>
              </w:rPr>
            </w:pPr>
            <w:r w:rsidRPr="00D762CA">
              <w:rPr>
                <w:rFonts w:ascii="Calibri" w:hAnsi="Calibri" w:cs="Calibri"/>
                <w:b/>
                <w:bCs/>
                <w:color w:val="000000"/>
                <w:sz w:val="20"/>
                <w:szCs w:val="20"/>
              </w:rPr>
              <w:t>021 130 6885</w:t>
            </w:r>
            <w:r>
              <w:t xml:space="preserve"> </w:t>
            </w:r>
          </w:p>
        </w:tc>
        <w:tc>
          <w:tcPr>
            <w:tcW w:w="3858" w:type="dxa"/>
            <w:tcMar>
              <w:top w:w="100" w:type="dxa"/>
              <w:left w:w="120" w:type="dxa"/>
              <w:bottom w:w="100" w:type="dxa"/>
              <w:right w:w="120" w:type="dxa"/>
            </w:tcMar>
            <w:hideMark/>
          </w:tcPr>
          <w:p w14:paraId="1EB62589" w14:textId="5386BA8C" w:rsidR="00C24202" w:rsidRPr="008328B3" w:rsidRDefault="00C24202">
            <w:pPr>
              <w:rPr>
                <w:b/>
                <w:bCs/>
                <w:sz w:val="28"/>
                <w:szCs w:val="28"/>
              </w:rPr>
            </w:pPr>
            <w:r w:rsidRPr="008328B3">
              <w:rPr>
                <w:rFonts w:ascii="Calibri" w:hAnsi="Calibri" w:cs="Calibri"/>
                <w:b/>
                <w:bCs/>
                <w:color w:val="000000"/>
                <w:sz w:val="20"/>
                <w:szCs w:val="20"/>
              </w:rPr>
              <w:t>captain@mgcarclub.org.nz</w:t>
            </w:r>
          </w:p>
        </w:tc>
      </w:tr>
      <w:tr w:rsidR="00C24202" w:rsidRPr="008328B3" w14:paraId="623C3BD3" w14:textId="77777777" w:rsidTr="003C5463">
        <w:tc>
          <w:tcPr>
            <w:tcW w:w="2147" w:type="dxa"/>
            <w:tcMar>
              <w:top w:w="100" w:type="dxa"/>
              <w:left w:w="120" w:type="dxa"/>
              <w:bottom w:w="100" w:type="dxa"/>
              <w:right w:w="120" w:type="dxa"/>
            </w:tcMar>
            <w:hideMark/>
          </w:tcPr>
          <w:p w14:paraId="5825AA5A" w14:textId="77777777" w:rsidR="00C24202" w:rsidRPr="008328B3" w:rsidRDefault="00C24202">
            <w:pPr>
              <w:rPr>
                <w:b/>
                <w:bCs/>
                <w:sz w:val="28"/>
                <w:szCs w:val="28"/>
              </w:rPr>
            </w:pPr>
            <w:r w:rsidRPr="008328B3">
              <w:rPr>
                <w:rFonts w:ascii="Calibri" w:hAnsi="Calibri" w:cs="Calibri"/>
                <w:b/>
                <w:bCs/>
                <w:color w:val="000000"/>
                <w:sz w:val="20"/>
                <w:szCs w:val="20"/>
              </w:rPr>
              <w:t>Club Captain (Old Speckled Hen)</w:t>
            </w:r>
          </w:p>
        </w:tc>
        <w:tc>
          <w:tcPr>
            <w:tcW w:w="1959" w:type="dxa"/>
            <w:tcMar>
              <w:top w:w="100" w:type="dxa"/>
              <w:left w:w="120" w:type="dxa"/>
              <w:bottom w:w="100" w:type="dxa"/>
              <w:right w:w="120" w:type="dxa"/>
            </w:tcMar>
            <w:hideMark/>
          </w:tcPr>
          <w:p w14:paraId="380511B7" w14:textId="77777777" w:rsidR="00C24202" w:rsidRPr="008328B3" w:rsidRDefault="00C24202">
            <w:pPr>
              <w:rPr>
                <w:b/>
                <w:bCs/>
                <w:sz w:val="28"/>
                <w:szCs w:val="28"/>
              </w:rPr>
            </w:pPr>
            <w:r w:rsidRPr="008328B3">
              <w:rPr>
                <w:rFonts w:ascii="Calibri" w:hAnsi="Calibri" w:cs="Calibri"/>
                <w:b/>
                <w:bCs/>
                <w:color w:val="000000"/>
                <w:sz w:val="20"/>
                <w:szCs w:val="20"/>
              </w:rPr>
              <w:t>Les Newman</w:t>
            </w:r>
          </w:p>
        </w:tc>
        <w:tc>
          <w:tcPr>
            <w:tcW w:w="1962" w:type="dxa"/>
          </w:tcPr>
          <w:p w14:paraId="296689F5" w14:textId="00A50BCE" w:rsidR="00C24202" w:rsidRPr="008328B3" w:rsidRDefault="00D762CA" w:rsidP="00991F7D">
            <w:pPr>
              <w:jc w:val="center"/>
              <w:rPr>
                <w:rFonts w:ascii="Calibri" w:hAnsi="Calibri" w:cs="Calibri"/>
                <w:b/>
                <w:bCs/>
                <w:color w:val="000000"/>
                <w:sz w:val="20"/>
                <w:szCs w:val="20"/>
              </w:rPr>
            </w:pPr>
            <w:r>
              <w:rPr>
                <w:rFonts w:ascii="Calibri" w:hAnsi="Calibri" w:cs="Calibri"/>
                <w:b/>
                <w:bCs/>
                <w:color w:val="000000"/>
                <w:sz w:val="20"/>
                <w:szCs w:val="20"/>
              </w:rPr>
              <w:t>021 067 9767</w:t>
            </w:r>
          </w:p>
        </w:tc>
        <w:tc>
          <w:tcPr>
            <w:tcW w:w="3858" w:type="dxa"/>
            <w:tcMar>
              <w:top w:w="100" w:type="dxa"/>
              <w:left w:w="120" w:type="dxa"/>
              <w:bottom w:w="100" w:type="dxa"/>
              <w:right w:w="120" w:type="dxa"/>
            </w:tcMar>
            <w:hideMark/>
          </w:tcPr>
          <w:p w14:paraId="35857D36" w14:textId="521FCF75" w:rsidR="00C24202" w:rsidRPr="008328B3" w:rsidRDefault="00C24202">
            <w:pPr>
              <w:rPr>
                <w:b/>
                <w:bCs/>
                <w:sz w:val="28"/>
                <w:szCs w:val="28"/>
              </w:rPr>
            </w:pPr>
            <w:r w:rsidRPr="008328B3">
              <w:rPr>
                <w:rFonts w:ascii="Calibri" w:hAnsi="Calibri" w:cs="Calibri"/>
                <w:b/>
                <w:bCs/>
                <w:color w:val="000000"/>
                <w:sz w:val="20"/>
                <w:szCs w:val="20"/>
              </w:rPr>
              <w:t>captain-osh@mgcarclub.org.nz</w:t>
            </w:r>
          </w:p>
        </w:tc>
      </w:tr>
      <w:tr w:rsidR="00C24202" w:rsidRPr="00845D9A" w14:paraId="6B8E1B0E" w14:textId="77777777" w:rsidTr="003C5463">
        <w:tc>
          <w:tcPr>
            <w:tcW w:w="2147" w:type="dxa"/>
            <w:tcMar>
              <w:top w:w="100" w:type="dxa"/>
              <w:left w:w="120" w:type="dxa"/>
              <w:bottom w:w="100" w:type="dxa"/>
              <w:right w:w="120" w:type="dxa"/>
            </w:tcMar>
            <w:hideMark/>
          </w:tcPr>
          <w:p w14:paraId="3BCFE6F8" w14:textId="77777777" w:rsidR="00C24202" w:rsidRPr="00845D9A" w:rsidRDefault="00C24202">
            <w:pPr>
              <w:rPr>
                <w:b/>
                <w:bCs/>
                <w:sz w:val="28"/>
                <w:szCs w:val="28"/>
              </w:rPr>
            </w:pPr>
            <w:r w:rsidRPr="00845D9A">
              <w:rPr>
                <w:rFonts w:ascii="Calibri" w:hAnsi="Calibri" w:cs="Calibri"/>
                <w:b/>
                <w:bCs/>
                <w:color w:val="000000"/>
                <w:sz w:val="20"/>
                <w:szCs w:val="20"/>
              </w:rPr>
              <w:t>Wairarapa Regional Coordinator</w:t>
            </w:r>
          </w:p>
        </w:tc>
        <w:tc>
          <w:tcPr>
            <w:tcW w:w="1959" w:type="dxa"/>
            <w:tcMar>
              <w:top w:w="100" w:type="dxa"/>
              <w:left w:w="120" w:type="dxa"/>
              <w:bottom w:w="100" w:type="dxa"/>
              <w:right w:w="120" w:type="dxa"/>
            </w:tcMar>
            <w:hideMark/>
          </w:tcPr>
          <w:p w14:paraId="31DC7F5A" w14:textId="77777777" w:rsidR="00C24202" w:rsidRPr="00845D9A" w:rsidRDefault="00C24202">
            <w:pPr>
              <w:rPr>
                <w:b/>
                <w:bCs/>
                <w:sz w:val="28"/>
                <w:szCs w:val="28"/>
              </w:rPr>
            </w:pPr>
            <w:r w:rsidRPr="00845D9A">
              <w:rPr>
                <w:rFonts w:ascii="Calibri" w:hAnsi="Calibri" w:cs="Calibri"/>
                <w:b/>
                <w:bCs/>
                <w:color w:val="000000"/>
                <w:sz w:val="20"/>
                <w:szCs w:val="20"/>
              </w:rPr>
              <w:t>Sue Hewer-Hewitt</w:t>
            </w:r>
          </w:p>
        </w:tc>
        <w:tc>
          <w:tcPr>
            <w:tcW w:w="1962" w:type="dxa"/>
          </w:tcPr>
          <w:p w14:paraId="5AAAC374" w14:textId="60782CEA" w:rsidR="00C24202" w:rsidRPr="00845D9A" w:rsidRDefault="00246ED7" w:rsidP="00991F7D">
            <w:pPr>
              <w:jc w:val="center"/>
              <w:rPr>
                <w:rFonts w:ascii="Calibri" w:hAnsi="Calibri" w:cs="Calibri"/>
                <w:b/>
                <w:bCs/>
                <w:color w:val="000000"/>
                <w:sz w:val="20"/>
                <w:szCs w:val="20"/>
              </w:rPr>
            </w:pPr>
            <w:r>
              <w:rPr>
                <w:rFonts w:ascii="Calibri" w:hAnsi="Calibri" w:cs="Calibri"/>
                <w:b/>
                <w:bCs/>
                <w:color w:val="000000"/>
                <w:sz w:val="20"/>
                <w:szCs w:val="20"/>
              </w:rPr>
              <w:t>021 0318 851</w:t>
            </w:r>
          </w:p>
        </w:tc>
        <w:tc>
          <w:tcPr>
            <w:tcW w:w="3858" w:type="dxa"/>
            <w:tcMar>
              <w:top w:w="100" w:type="dxa"/>
              <w:left w:w="120" w:type="dxa"/>
              <w:bottom w:w="100" w:type="dxa"/>
              <w:right w:w="120" w:type="dxa"/>
            </w:tcMar>
            <w:hideMark/>
          </w:tcPr>
          <w:p w14:paraId="730E6F91" w14:textId="0C134780" w:rsidR="00C24202" w:rsidRPr="00845D9A" w:rsidRDefault="00C24202">
            <w:pPr>
              <w:rPr>
                <w:b/>
                <w:bCs/>
                <w:sz w:val="28"/>
                <w:szCs w:val="28"/>
              </w:rPr>
            </w:pPr>
            <w:r w:rsidRPr="00845D9A">
              <w:rPr>
                <w:rFonts w:ascii="Calibri" w:hAnsi="Calibri" w:cs="Calibri"/>
                <w:b/>
                <w:bCs/>
                <w:color w:val="000000"/>
                <w:sz w:val="20"/>
                <w:szCs w:val="20"/>
              </w:rPr>
              <w:t>waiarapa@mgcarclub.org.nz</w:t>
            </w:r>
          </w:p>
        </w:tc>
      </w:tr>
      <w:tr w:rsidR="00C24202" w:rsidRPr="00845D9A" w14:paraId="4062D8C7" w14:textId="77777777" w:rsidTr="003C5463">
        <w:tc>
          <w:tcPr>
            <w:tcW w:w="2147" w:type="dxa"/>
            <w:tcMar>
              <w:top w:w="100" w:type="dxa"/>
              <w:left w:w="120" w:type="dxa"/>
              <w:bottom w:w="100" w:type="dxa"/>
              <w:right w:w="120" w:type="dxa"/>
            </w:tcMar>
            <w:hideMark/>
          </w:tcPr>
          <w:p w14:paraId="45B0D82E" w14:textId="77777777" w:rsidR="00C24202" w:rsidRPr="00845D9A" w:rsidRDefault="00C24202">
            <w:pPr>
              <w:rPr>
                <w:b/>
                <w:bCs/>
                <w:sz w:val="28"/>
                <w:szCs w:val="28"/>
              </w:rPr>
            </w:pPr>
            <w:r w:rsidRPr="00845D9A">
              <w:rPr>
                <w:rFonts w:ascii="Calibri" w:hAnsi="Calibri" w:cs="Calibri"/>
                <w:b/>
                <w:bCs/>
                <w:color w:val="000000"/>
                <w:sz w:val="20"/>
                <w:szCs w:val="20"/>
              </w:rPr>
              <w:t>Regalia, Trophies &amp; Member Engagement</w:t>
            </w:r>
          </w:p>
        </w:tc>
        <w:tc>
          <w:tcPr>
            <w:tcW w:w="1959" w:type="dxa"/>
            <w:tcMar>
              <w:top w:w="100" w:type="dxa"/>
              <w:left w:w="120" w:type="dxa"/>
              <w:bottom w:w="100" w:type="dxa"/>
              <w:right w:w="120" w:type="dxa"/>
            </w:tcMar>
            <w:hideMark/>
          </w:tcPr>
          <w:p w14:paraId="2C622C5C" w14:textId="77777777" w:rsidR="00C24202" w:rsidRPr="00845D9A" w:rsidRDefault="00C24202">
            <w:pPr>
              <w:rPr>
                <w:b/>
                <w:bCs/>
                <w:sz w:val="28"/>
                <w:szCs w:val="28"/>
              </w:rPr>
            </w:pPr>
            <w:r w:rsidRPr="00845D9A">
              <w:rPr>
                <w:rFonts w:ascii="Calibri" w:hAnsi="Calibri" w:cs="Calibri"/>
                <w:b/>
                <w:bCs/>
                <w:color w:val="000000"/>
                <w:sz w:val="20"/>
                <w:szCs w:val="20"/>
              </w:rPr>
              <w:t>Lola Makower</w:t>
            </w:r>
          </w:p>
        </w:tc>
        <w:tc>
          <w:tcPr>
            <w:tcW w:w="1962" w:type="dxa"/>
          </w:tcPr>
          <w:p w14:paraId="22007F80" w14:textId="38DB34E3" w:rsidR="00C24202" w:rsidRPr="00845D9A" w:rsidRDefault="00AF554E" w:rsidP="00991F7D">
            <w:pPr>
              <w:jc w:val="center"/>
              <w:rPr>
                <w:rFonts w:ascii="Calibri" w:hAnsi="Calibri" w:cs="Calibri"/>
                <w:b/>
                <w:bCs/>
                <w:color w:val="000000"/>
                <w:sz w:val="20"/>
                <w:szCs w:val="20"/>
              </w:rPr>
            </w:pPr>
            <w:r>
              <w:rPr>
                <w:rFonts w:ascii="Calibri" w:hAnsi="Calibri" w:cs="Calibri"/>
                <w:b/>
                <w:bCs/>
                <w:color w:val="000000"/>
                <w:sz w:val="20"/>
                <w:szCs w:val="20"/>
              </w:rPr>
              <w:t xml:space="preserve">04 569 </w:t>
            </w:r>
            <w:r w:rsidR="003C5463">
              <w:rPr>
                <w:rFonts w:ascii="Calibri" w:hAnsi="Calibri" w:cs="Calibri"/>
                <w:b/>
                <w:bCs/>
                <w:color w:val="000000"/>
                <w:sz w:val="20"/>
                <w:szCs w:val="20"/>
              </w:rPr>
              <w:t>6568</w:t>
            </w:r>
          </w:p>
        </w:tc>
        <w:tc>
          <w:tcPr>
            <w:tcW w:w="3858" w:type="dxa"/>
            <w:tcMar>
              <w:top w:w="100" w:type="dxa"/>
              <w:left w:w="120" w:type="dxa"/>
              <w:bottom w:w="100" w:type="dxa"/>
              <w:right w:w="120" w:type="dxa"/>
            </w:tcMar>
            <w:hideMark/>
          </w:tcPr>
          <w:p w14:paraId="4D4CA27B" w14:textId="1A21E951" w:rsidR="00C24202" w:rsidRPr="00845D9A" w:rsidRDefault="00C24202">
            <w:pPr>
              <w:rPr>
                <w:b/>
                <w:bCs/>
                <w:sz w:val="28"/>
                <w:szCs w:val="28"/>
              </w:rPr>
            </w:pPr>
            <w:r w:rsidRPr="00845D9A">
              <w:rPr>
                <w:rFonts w:ascii="Calibri" w:hAnsi="Calibri" w:cs="Calibri"/>
                <w:b/>
                <w:bCs/>
                <w:color w:val="000000"/>
                <w:sz w:val="20"/>
                <w:szCs w:val="20"/>
              </w:rPr>
              <w:t>engagement@mgcarclub.org.nz</w:t>
            </w:r>
          </w:p>
        </w:tc>
      </w:tr>
      <w:tr w:rsidR="003C5463" w:rsidRPr="00845D9A" w14:paraId="5820B609" w14:textId="77777777" w:rsidTr="003C5463">
        <w:tc>
          <w:tcPr>
            <w:tcW w:w="2147" w:type="dxa"/>
            <w:tcMar>
              <w:top w:w="100" w:type="dxa"/>
              <w:left w:w="120" w:type="dxa"/>
              <w:bottom w:w="100" w:type="dxa"/>
              <w:right w:w="120" w:type="dxa"/>
            </w:tcMar>
          </w:tcPr>
          <w:p w14:paraId="60438DF7" w14:textId="287C7587" w:rsidR="003C5463" w:rsidRPr="00845D9A" w:rsidRDefault="003C5463">
            <w:pPr>
              <w:rPr>
                <w:rFonts w:ascii="Calibri" w:hAnsi="Calibri" w:cs="Calibri"/>
                <w:b/>
                <w:bCs/>
                <w:color w:val="000000"/>
                <w:sz w:val="20"/>
                <w:szCs w:val="20"/>
              </w:rPr>
            </w:pPr>
            <w:r>
              <w:rPr>
                <w:rFonts w:ascii="Calibri" w:hAnsi="Calibri" w:cs="Calibri"/>
                <w:b/>
                <w:bCs/>
                <w:color w:val="000000"/>
                <w:sz w:val="20"/>
                <w:szCs w:val="20"/>
              </w:rPr>
              <w:t>Committee Member</w:t>
            </w:r>
          </w:p>
        </w:tc>
        <w:tc>
          <w:tcPr>
            <w:tcW w:w="1959" w:type="dxa"/>
            <w:tcMar>
              <w:top w:w="100" w:type="dxa"/>
              <w:left w:w="120" w:type="dxa"/>
              <w:bottom w:w="100" w:type="dxa"/>
              <w:right w:w="120" w:type="dxa"/>
            </w:tcMar>
          </w:tcPr>
          <w:p w14:paraId="1AAA2BDA" w14:textId="0C5FE1C0" w:rsidR="003C5463" w:rsidRPr="00845D9A" w:rsidRDefault="003C5463">
            <w:pPr>
              <w:rPr>
                <w:rFonts w:ascii="Calibri" w:hAnsi="Calibri" w:cs="Calibri"/>
                <w:b/>
                <w:bCs/>
                <w:color w:val="000000"/>
                <w:sz w:val="20"/>
                <w:szCs w:val="20"/>
              </w:rPr>
            </w:pPr>
            <w:r>
              <w:rPr>
                <w:rFonts w:ascii="Calibri" w:hAnsi="Calibri" w:cs="Calibri"/>
                <w:b/>
                <w:bCs/>
                <w:color w:val="000000"/>
                <w:sz w:val="20"/>
                <w:szCs w:val="20"/>
              </w:rPr>
              <w:t>Frank Hewer-Hewitt</w:t>
            </w:r>
          </w:p>
        </w:tc>
        <w:tc>
          <w:tcPr>
            <w:tcW w:w="1962" w:type="dxa"/>
          </w:tcPr>
          <w:p w14:paraId="0D610BFC" w14:textId="0DEEE356" w:rsidR="003C5463" w:rsidRDefault="00306D7C" w:rsidP="00991F7D">
            <w:pPr>
              <w:jc w:val="center"/>
              <w:rPr>
                <w:rFonts w:ascii="Calibri" w:hAnsi="Calibri" w:cs="Calibri"/>
                <w:b/>
                <w:bCs/>
                <w:color w:val="000000"/>
                <w:sz w:val="20"/>
                <w:szCs w:val="20"/>
              </w:rPr>
            </w:pPr>
            <w:r>
              <w:rPr>
                <w:rFonts w:ascii="Calibri" w:hAnsi="Calibri" w:cs="Calibri"/>
                <w:b/>
                <w:bCs/>
                <w:color w:val="000000"/>
                <w:sz w:val="20"/>
                <w:szCs w:val="20"/>
              </w:rPr>
              <w:t>021 318 851</w:t>
            </w:r>
          </w:p>
        </w:tc>
        <w:tc>
          <w:tcPr>
            <w:tcW w:w="3858" w:type="dxa"/>
            <w:tcMar>
              <w:top w:w="100" w:type="dxa"/>
              <w:left w:w="120" w:type="dxa"/>
              <w:bottom w:w="100" w:type="dxa"/>
              <w:right w:w="120" w:type="dxa"/>
            </w:tcMar>
          </w:tcPr>
          <w:p w14:paraId="5F158874" w14:textId="3A7D3211" w:rsidR="003C5463" w:rsidRPr="00845D9A" w:rsidRDefault="000722AA">
            <w:pPr>
              <w:rPr>
                <w:rFonts w:ascii="Calibri" w:hAnsi="Calibri" w:cs="Calibri"/>
                <w:b/>
                <w:bCs/>
                <w:color w:val="000000"/>
                <w:sz w:val="20"/>
                <w:szCs w:val="20"/>
              </w:rPr>
            </w:pPr>
            <w:r w:rsidRPr="000722AA">
              <w:rPr>
                <w:rFonts w:ascii="Calibri" w:hAnsi="Calibri" w:cs="Calibri"/>
                <w:b/>
                <w:bCs/>
                <w:color w:val="000000"/>
                <w:sz w:val="20"/>
                <w:szCs w:val="20"/>
              </w:rPr>
              <w:t>fchewitt@gmail.com</w:t>
            </w:r>
          </w:p>
        </w:tc>
      </w:tr>
    </w:tbl>
    <w:p w14:paraId="4E5FDD12" w14:textId="77777777" w:rsidR="00DE47CD" w:rsidRPr="008328B3" w:rsidRDefault="00DE47CD">
      <w:pPr>
        <w:spacing w:before="280"/>
        <w:rPr>
          <w:sz w:val="28"/>
          <w:szCs w:val="28"/>
        </w:rPr>
      </w:pPr>
    </w:p>
    <w:p w14:paraId="6CCF51D3" w14:textId="20BC8909" w:rsidR="00DE47CD" w:rsidRDefault="00DE47CD" w:rsidP="002021A9">
      <w:pPr>
        <w:pStyle w:val="ListBullet"/>
        <w:numPr>
          <w:ilvl w:val="0"/>
          <w:numId w:val="0"/>
        </w:numPr>
        <w:spacing w:after="80"/>
        <w:ind w:left="360"/>
      </w:pPr>
    </w:p>
    <w:sectPr w:rsidR="00DE47CD"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15377476">
    <w:abstractNumId w:val="8"/>
  </w:num>
  <w:num w:numId="2" w16cid:durableId="568006773">
    <w:abstractNumId w:val="6"/>
  </w:num>
  <w:num w:numId="3" w16cid:durableId="1073619550">
    <w:abstractNumId w:val="5"/>
  </w:num>
  <w:num w:numId="4" w16cid:durableId="495266055">
    <w:abstractNumId w:val="4"/>
  </w:num>
  <w:num w:numId="5" w16cid:durableId="813957964">
    <w:abstractNumId w:val="7"/>
  </w:num>
  <w:num w:numId="6" w16cid:durableId="955798254">
    <w:abstractNumId w:val="3"/>
  </w:num>
  <w:num w:numId="7" w16cid:durableId="1359888388">
    <w:abstractNumId w:val="2"/>
  </w:num>
  <w:num w:numId="8" w16cid:durableId="592398533">
    <w:abstractNumId w:val="1"/>
  </w:num>
  <w:num w:numId="9" w16cid:durableId="1963150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6C8"/>
    <w:rsid w:val="00034616"/>
    <w:rsid w:val="00052316"/>
    <w:rsid w:val="0006063C"/>
    <w:rsid w:val="000722AA"/>
    <w:rsid w:val="00092C22"/>
    <w:rsid w:val="0015074B"/>
    <w:rsid w:val="001E537A"/>
    <w:rsid w:val="002021A9"/>
    <w:rsid w:val="0021321F"/>
    <w:rsid w:val="00222469"/>
    <w:rsid w:val="0022353E"/>
    <w:rsid w:val="00246ED7"/>
    <w:rsid w:val="0029639D"/>
    <w:rsid w:val="002A400F"/>
    <w:rsid w:val="002F5323"/>
    <w:rsid w:val="00306D7C"/>
    <w:rsid w:val="003201D2"/>
    <w:rsid w:val="00326F90"/>
    <w:rsid w:val="00382808"/>
    <w:rsid w:val="003A6DBD"/>
    <w:rsid w:val="003C5463"/>
    <w:rsid w:val="00426A71"/>
    <w:rsid w:val="00443CAA"/>
    <w:rsid w:val="004B54EB"/>
    <w:rsid w:val="00516408"/>
    <w:rsid w:val="0053326E"/>
    <w:rsid w:val="0057394B"/>
    <w:rsid w:val="00581D63"/>
    <w:rsid w:val="005A7AF7"/>
    <w:rsid w:val="005F0319"/>
    <w:rsid w:val="007309D1"/>
    <w:rsid w:val="007F6D6D"/>
    <w:rsid w:val="008328B3"/>
    <w:rsid w:val="00845D9A"/>
    <w:rsid w:val="00857405"/>
    <w:rsid w:val="00991F7D"/>
    <w:rsid w:val="009A5FC9"/>
    <w:rsid w:val="009B1647"/>
    <w:rsid w:val="00A0157E"/>
    <w:rsid w:val="00A13E49"/>
    <w:rsid w:val="00AA1D8D"/>
    <w:rsid w:val="00AF554E"/>
    <w:rsid w:val="00B47730"/>
    <w:rsid w:val="00C24202"/>
    <w:rsid w:val="00C309DE"/>
    <w:rsid w:val="00C534F1"/>
    <w:rsid w:val="00CB0664"/>
    <w:rsid w:val="00D4335E"/>
    <w:rsid w:val="00D44844"/>
    <w:rsid w:val="00D630C2"/>
    <w:rsid w:val="00D762CA"/>
    <w:rsid w:val="00D804E0"/>
    <w:rsid w:val="00DE47CD"/>
    <w:rsid w:val="00E224ED"/>
    <w:rsid w:val="00E32FD6"/>
    <w:rsid w:val="00E5073A"/>
    <w:rsid w:val="00E64872"/>
    <w:rsid w:val="00EC4C85"/>
    <w:rsid w:val="00FC693F"/>
    <w:rsid w:val="00FD43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5E84E83-8C9A-43BF-9E97-B16B1410A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57394B"/>
    <w:pPr>
      <w:spacing w:before="100" w:beforeAutospacing="1" w:after="100" w:afterAutospacing="1" w:line="240" w:lineRule="auto"/>
    </w:pPr>
    <w:rPr>
      <w:rFonts w:ascii="Times New Roman" w:hAnsi="Times New Roman" w:cs="Times New Roman"/>
      <w:kern w:val="2"/>
      <w:sz w:val="24"/>
      <w:szCs w:val="24"/>
      <w:lang w:val="en-NZ" w:eastAsia="en-NZ"/>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Frizzup @gmail.com</cp:lastModifiedBy>
  <cp:revision>4</cp:revision>
  <cp:lastPrinted>2026-10-13T19:41:00Z</cp:lastPrinted>
  <dcterms:created xsi:type="dcterms:W3CDTF">2026-10-24T01:26:00Z</dcterms:created>
  <dcterms:modified xsi:type="dcterms:W3CDTF">2026-10-24T01:27:00Z</dcterms:modified>
  <cp:category/>
</cp:coreProperties>
</file>